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WEBSTER MUSIC CO.</w:t>
      </w:r>
    </w:p>
    <w:p>
      <w:pPr>
        <w:jc w:val="center"/>
      </w:pPr>
      <w:r>
        <w:rPr>
          <w:b/>
          <w:sz w:val="40"/>
        </w:rPr>
        <w:t>Parent / Guardian Enrolment &amp; Consent Form</w:t>
      </w:r>
    </w:p>
    <w:p/>
    <w:p>
      <w:r>
        <w:t>Please complete this form before lessons begin. Information should be kept accurate and updated if circumstances change.</w:t>
      </w:r>
    </w:p>
    <w:p>
      <w:pPr>
        <w:pStyle w:val="Heading1"/>
      </w:pPr>
      <w:r>
        <w:t>Pupil details</w:t>
      </w:r>
    </w:p>
    <w:p>
      <w:r>
        <w:t>Pupil full name: ______________________________________________</w:t>
      </w:r>
    </w:p>
    <w:p>
      <w:r>
        <w:t>Date of birth: __________________  School/year group: __________________</w:t>
      </w:r>
    </w:p>
    <w:p>
      <w:r>
        <w:t>Instrument(s): ______________________________________________</w:t>
      </w:r>
    </w:p>
    <w:p>
      <w:pPr>
        <w:pStyle w:val="Heading1"/>
      </w:pPr>
      <w:r>
        <w:t>Parent / guardian details</w:t>
      </w:r>
    </w:p>
    <w:p>
      <w:r>
        <w:t>Parent/guardian name: ________________________________________</w:t>
      </w:r>
    </w:p>
    <w:p>
      <w:r>
        <w:t>Relationship to pupil: ________________________________________</w:t>
      </w:r>
    </w:p>
    <w:p>
      <w:r>
        <w:t>Telephone: __________________  Email: __________________________</w:t>
      </w:r>
    </w:p>
    <w:p>
      <w:r>
        <w:t>Alternative emergency contact/name &amp; number: ______________________________</w:t>
      </w:r>
    </w:p>
    <w:p>
      <w:pPr>
        <w:pStyle w:val="Heading1"/>
      </w:pPr>
      <w:r>
        <w:t>Relevant information</w:t>
      </w:r>
    </w:p>
    <w:p>
      <w:r>
        <w:t>Please tell Webster Music Co. about any medical, communication, learning, accessibility or other information that is reasonably necessary to deliver lessons safely and appropriately.</w:t>
      </w:r>
    </w:p>
    <w:p>
      <w:r>
        <w:t>Information / adjustments: ____________________________________________________</w:t>
        <w:br/>
        <w:t>____________________________________________________________________________</w:t>
      </w:r>
    </w:p>
    <w:p>
      <w:pPr>
        <w:pStyle w:val="Heading1"/>
      </w:pPr>
      <w:r>
        <w:t>Lesson arrangements</w:t>
      </w:r>
    </w:p>
    <w:p>
      <w:r>
        <w:t>☐ I understand that lessons are one-to-one unless otherwise agreed.</w:t>
      </w:r>
    </w:p>
    <w:p>
      <w:r>
        <w:t>☐ I understand the location and normal lesson times.</w:t>
      </w:r>
    </w:p>
    <w:p>
      <w:r>
        <w:t>☐ I understand that Webster Music Co. will maintain professional safeguarding and communication boundaries.</w:t>
      </w:r>
    </w:p>
    <w:p>
      <w:r>
        <w:t>☐ I have received/read the Webster Music Co. Safeguarding &amp; Child Protection Policy.</w:t>
      </w:r>
    </w:p>
    <w:p>
      <w:r>
        <w:t>☐ I understand that safeguarding concerns may need to be shared with appropriate authorities and that confidentiality cannot be guaranteed where a child may be at risk.</w:t>
      </w:r>
    </w:p>
    <w:p>
      <w:r>
        <w:t>☐ I consent to Webster Music Co. contacting me regarding lessons and reasonable administrative matters.</w:t>
      </w:r>
    </w:p>
    <w:p>
      <w:pPr>
        <w:pStyle w:val="Heading1"/>
      </w:pPr>
      <w:r>
        <w:t>Photography / video (optional)</w:t>
      </w:r>
    </w:p>
    <w:p>
      <w:r>
        <w:t>Please tick one:</w:t>
      </w:r>
    </w:p>
    <w:p>
      <w:r>
        <w:t>☐ I consent to photographs/video of my child being taken for lesson feedback or performance purposes where separately agreed.</w:t>
      </w:r>
    </w:p>
    <w:p>
      <w:r>
        <w:t>☐ I do not consent to photographs/video of my child being taken.</w:t>
      </w:r>
    </w:p>
    <w:p>
      <w:pPr>
        <w:pStyle w:val="Heading1"/>
      </w:pPr>
      <w:r>
        <w:t>Declaration</w:t>
      </w:r>
    </w:p>
    <w:p>
      <w:r>
        <w:t>I confirm that the information above is accurate and that I have parental responsibility/appropriate authority to give this consent.</w:t>
      </w:r>
    </w:p>
    <w:p>
      <w:r>
        <w:br/>
        <w:t>Parent/guardian signature: ______________________________  Date: ______________</w:t>
      </w:r>
    </w:p>
    <w:p>
      <w:r>
        <w:t>Pupil signature (where appropriate): _______________________  Date: 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Webster Music Co. | Safeguarding documentation | Review annually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