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WEBSTER MUSIC CO.</w:t>
      </w:r>
    </w:p>
    <w:p>
      <w:pPr>
        <w:jc w:val="center"/>
      </w:pPr>
      <w:r>
        <w:rPr>
          <w:b/>
          <w:sz w:val="40"/>
        </w:rPr>
        <w:t>Lesson &amp; Attendance Record Template</w:t>
      </w:r>
    </w:p>
    <w:p/>
    <w:p>
      <w:r>
        <w:t>Use one entry per lesson. Keep records factual, brief and professional.</w:t>
      </w:r>
    </w:p>
    <w:p>
      <w:pPr>
        <w:pStyle w:val="Heading2"/>
      </w:pPr>
      <w:r>
        <w:t>Lesson Entry 1</w:t>
      </w:r>
    </w:p>
    <w:p>
      <w:r>
        <w:t>Pupil: ______________________________   Date: ______________</w:t>
      </w:r>
    </w:p>
    <w:p>
      <w:r>
        <w:t>Start: __________   Finish: __________   Location: __________________________</w:t>
      </w:r>
    </w:p>
    <w:p>
      <w:r>
        <w:t>Parent/carer present/nearby: ______________________________</w:t>
      </w:r>
    </w:p>
    <w:p>
      <w:r>
        <w:t>Lesson content / progress: __________________________________________________</w:t>
      </w:r>
    </w:p>
    <w:p>
      <w:r>
        <w:t>____________________________________________________________________________</w:t>
      </w:r>
    </w:p>
    <w:p>
      <w:r>
        <w:t>Any significant incident, concern or disclosure?  Yes / No</w:t>
      </w:r>
    </w:p>
    <w:p>
      <w:r>
        <w:t>If yes, factual record and action taken: _______________________________________</w:t>
      </w:r>
    </w:p>
    <w:p>
      <w:r>
        <w:t>____________________________________________________________________________</w:t>
      </w:r>
    </w:p>
    <w:p>
      <w:r>
        <w:t>Referral/report made to (if applicable): __________________  Date/time: __________</w:t>
      </w:r>
    </w:p>
    <w:p/>
    <w:p>
      <w:pPr>
        <w:pStyle w:val="Heading2"/>
      </w:pPr>
      <w:r>
        <w:t>Lesson Entry 2</w:t>
      </w:r>
    </w:p>
    <w:p>
      <w:r>
        <w:t>Pupil: ______________________________   Date: ______________</w:t>
      </w:r>
    </w:p>
    <w:p>
      <w:r>
        <w:t>Start: __________   Finish: __________   Location: __________________________</w:t>
      </w:r>
    </w:p>
    <w:p>
      <w:r>
        <w:t>Parent/carer present/nearby: ______________________________</w:t>
      </w:r>
    </w:p>
    <w:p>
      <w:r>
        <w:t>Lesson content / progress: __________________________________________________</w:t>
      </w:r>
    </w:p>
    <w:p>
      <w:r>
        <w:t>____________________________________________________________________________</w:t>
      </w:r>
    </w:p>
    <w:p>
      <w:r>
        <w:t>Any significant incident, concern or disclosure?  Yes / No</w:t>
      </w:r>
    </w:p>
    <w:p>
      <w:r>
        <w:t>If yes, factual record and action taken: _______________________________________</w:t>
      </w:r>
    </w:p>
    <w:p>
      <w:r>
        <w:t>____________________________________________________________________________</w:t>
      </w:r>
    </w:p>
    <w:p>
      <w:r>
        <w:t>Referral/report made to (if applicable): __________________  Date/time: __________</w:t>
      </w:r>
    </w:p>
    <w:p/>
    <w:p>
      <w:pPr>
        <w:pStyle w:val="Heading2"/>
      </w:pPr>
      <w:r>
        <w:t>Lesson Entry 3</w:t>
      </w:r>
    </w:p>
    <w:p>
      <w:r>
        <w:t>Pupil: ______________________________   Date: ______________</w:t>
      </w:r>
    </w:p>
    <w:p>
      <w:r>
        <w:t>Start: __________   Finish: __________   Location: __________________________</w:t>
      </w:r>
    </w:p>
    <w:p>
      <w:r>
        <w:t>Parent/carer present/nearby: ______________________________</w:t>
      </w:r>
    </w:p>
    <w:p>
      <w:r>
        <w:t>Lesson content / progress: __________________________________________________</w:t>
      </w:r>
    </w:p>
    <w:p>
      <w:r>
        <w:t>____________________________________________________________________________</w:t>
      </w:r>
    </w:p>
    <w:p>
      <w:r>
        <w:t>Any significant incident, concern or disclosure?  Yes / No</w:t>
      </w:r>
    </w:p>
    <w:p>
      <w:r>
        <w:t>If yes, factual record and action taken: _______________________________________</w:t>
      </w:r>
    </w:p>
    <w:p>
      <w:r>
        <w:t>____________________________________________________________________________</w:t>
      </w:r>
    </w:p>
    <w:p>
      <w:r>
        <w:t>Referral/report made to (if applicable): __________________  Date/time: __________</w:t>
      </w:r>
    </w:p>
    <w:p/>
    <w:p>
      <w:pPr>
        <w:pStyle w:val="Heading2"/>
      </w:pPr>
      <w:r>
        <w:t>Lesson Entry 4</w:t>
      </w:r>
    </w:p>
    <w:p>
      <w:r>
        <w:t>Pupil: ______________________________   Date: ______________</w:t>
      </w:r>
    </w:p>
    <w:p>
      <w:r>
        <w:t>Start: __________   Finish: __________   Location: __________________________</w:t>
      </w:r>
    </w:p>
    <w:p>
      <w:r>
        <w:t>Parent/carer present/nearby: ______________________________</w:t>
      </w:r>
    </w:p>
    <w:p>
      <w:r>
        <w:t>Lesson content / progress: __________________________________________________</w:t>
      </w:r>
    </w:p>
    <w:p>
      <w:r>
        <w:t>____________________________________________________________________________</w:t>
      </w:r>
    </w:p>
    <w:p>
      <w:r>
        <w:t>Any significant incident, concern or disclosure?  Yes / No</w:t>
      </w:r>
    </w:p>
    <w:p>
      <w:r>
        <w:t>If yes, factual record and action taken: _______________________________________</w:t>
      </w:r>
    </w:p>
    <w:p>
      <w:r>
        <w:t>____________________________________________________________________________</w:t>
      </w:r>
    </w:p>
    <w:p>
      <w:r>
        <w:t>Referral/report made to (if applicable): __________________  Date/time: __________</w:t>
      </w:r>
    </w:p>
    <w:p/>
    <w:p>
      <w:pPr>
        <w:pStyle w:val="Heading2"/>
      </w:pPr>
      <w:r>
        <w:t>Lesson Entry 5</w:t>
      </w:r>
    </w:p>
    <w:p>
      <w:r>
        <w:t>Pupil: ______________________________   Date: ______________</w:t>
      </w:r>
    </w:p>
    <w:p>
      <w:r>
        <w:t>Start: __________   Finish: __________   Location: __________________________</w:t>
      </w:r>
    </w:p>
    <w:p>
      <w:r>
        <w:t>Parent/carer present/nearby: ______________________________</w:t>
      </w:r>
    </w:p>
    <w:p>
      <w:r>
        <w:t>Lesson content / progress: __________________________________________________</w:t>
      </w:r>
    </w:p>
    <w:p>
      <w:r>
        <w:t>____________________________________________________________________________</w:t>
      </w:r>
    </w:p>
    <w:p>
      <w:r>
        <w:t>Any significant incident, concern or disclosure?  Yes / No</w:t>
      </w:r>
    </w:p>
    <w:p>
      <w:r>
        <w:t>If yes, factual record and action taken: _______________________________________</w:t>
      </w:r>
    </w:p>
    <w:p>
      <w:r>
        <w:t>____________________________________________________________________________</w:t>
      </w:r>
    </w:p>
    <w:p>
      <w:r>
        <w:t>Referral/report made to (if applicable): __________________  Date/time: __________</w:t>
      </w:r>
    </w:p>
    <w:p/>
    <w:p>
      <w:pPr>
        <w:pStyle w:val="Heading2"/>
      </w:pPr>
      <w:r>
        <w:t>Lesson Entry 6</w:t>
      </w:r>
    </w:p>
    <w:p>
      <w:r>
        <w:t>Pupil: ______________________________   Date: ______________</w:t>
      </w:r>
    </w:p>
    <w:p>
      <w:r>
        <w:t>Start: __________   Finish: __________   Location: __________________________</w:t>
      </w:r>
    </w:p>
    <w:p>
      <w:r>
        <w:t>Parent/carer present/nearby: ______________________________</w:t>
      </w:r>
    </w:p>
    <w:p>
      <w:r>
        <w:t>Lesson content / progress: __________________________________________________</w:t>
      </w:r>
    </w:p>
    <w:p>
      <w:r>
        <w:t>____________________________________________________________________________</w:t>
      </w:r>
    </w:p>
    <w:p>
      <w:r>
        <w:t>Any significant incident, concern or disclosure?  Yes / No</w:t>
      </w:r>
    </w:p>
    <w:p>
      <w:r>
        <w:t>If yes, factual record and action taken: _______________________________________</w:t>
      </w:r>
    </w:p>
    <w:p>
      <w:r>
        <w:t>____________________________________________________________________________</w:t>
      </w:r>
    </w:p>
    <w:p>
      <w:r>
        <w:t>Referral/report made to (if applicable): __________________  Date/time: __________</w:t>
      </w:r>
    </w:p>
    <w:p/>
    <w:p>
      <w:pPr>
        <w:pStyle w:val="Heading2"/>
      </w:pPr>
      <w:r>
        <w:t>Lesson Entry 7</w:t>
      </w:r>
    </w:p>
    <w:p>
      <w:r>
        <w:t>Pupil: ______________________________   Date: ______________</w:t>
      </w:r>
    </w:p>
    <w:p>
      <w:r>
        <w:t>Start: __________   Finish: __________   Location: __________________________</w:t>
      </w:r>
    </w:p>
    <w:p>
      <w:r>
        <w:t>Parent/carer present/nearby: ______________________________</w:t>
      </w:r>
    </w:p>
    <w:p>
      <w:r>
        <w:t>Lesson content / progress: __________________________________________________</w:t>
      </w:r>
    </w:p>
    <w:p>
      <w:r>
        <w:t>____________________________________________________________________________</w:t>
      </w:r>
    </w:p>
    <w:p>
      <w:r>
        <w:t>Any significant incident, concern or disclosure?  Yes / No</w:t>
      </w:r>
    </w:p>
    <w:p>
      <w:r>
        <w:t>If yes, factual record and action taken: _______________________________________</w:t>
      </w:r>
    </w:p>
    <w:p>
      <w:r>
        <w:t>____________________________________________________________________________</w:t>
      </w:r>
    </w:p>
    <w:p>
      <w:r>
        <w:t>Referral/report made to (if applicable): __________________  Date/time: __________</w:t>
      </w:r>
    </w:p>
    <w:p/>
    <w:p>
      <w:pPr>
        <w:pStyle w:val="Heading2"/>
      </w:pPr>
      <w:r>
        <w:t>Lesson Entry 8</w:t>
      </w:r>
    </w:p>
    <w:p>
      <w:r>
        <w:t>Pupil: ______________________________   Date: ______________</w:t>
      </w:r>
    </w:p>
    <w:p>
      <w:r>
        <w:t>Start: __________   Finish: __________   Location: __________________________</w:t>
      </w:r>
    </w:p>
    <w:p>
      <w:r>
        <w:t>Parent/carer present/nearby: ______________________________</w:t>
      </w:r>
    </w:p>
    <w:p>
      <w:r>
        <w:t>Lesson content / progress: __________________________________________________</w:t>
      </w:r>
    </w:p>
    <w:p>
      <w:r>
        <w:t>____________________________________________________________________________</w:t>
      </w:r>
    </w:p>
    <w:p>
      <w:r>
        <w:t>Any significant incident, concern or disclosure?  Yes / No</w:t>
      </w:r>
    </w:p>
    <w:p>
      <w:r>
        <w:t>If yes, factual record and action taken: _______________________________________</w:t>
      </w:r>
    </w:p>
    <w:p>
      <w:r>
        <w:t>____________________________________________________________________________</w:t>
      </w:r>
    </w:p>
    <w:p>
      <w:r>
        <w:t>Referral/report made to (if applicable): __________________  Date/time: __________</w:t>
      </w:r>
    </w:p>
    <w:p/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Webster Music Co. | Safeguarding documentation | Review annually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